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9CB51" w14:textId="30D1D968" w:rsidR="00E3480A" w:rsidRDefault="00510ACC">
      <w:pPr>
        <w:spacing w:after="14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04F22CF" wp14:editId="76F71153">
            <wp:extent cx="1438275" cy="82105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87000" name="Picture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2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39CE52" w14:textId="77777777" w:rsidR="00E3480A" w:rsidRDefault="00F060A5">
      <w:pPr>
        <w:keepNext/>
        <w:spacing w:after="200" w:line="240" w:lineRule="auto"/>
        <w:rPr>
          <w:rFonts w:hint="eastAsia"/>
        </w:rPr>
      </w:pPr>
      <w:r>
        <w:rPr>
          <w:noProof/>
        </w:rPr>
        <w:drawing>
          <wp:inline distT="0" distB="0" distL="0" distR="0" wp14:anchorId="1D7AF611" wp14:editId="113EBD80">
            <wp:extent cx="228600" cy="228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opl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</w:rPr>
        <w:t xml:space="preserve">  Join Food Train as a Volunteer Delivery Driver!</w:t>
      </w:r>
    </w:p>
    <w:p w14:paraId="2DC3AD53" w14:textId="43D74D63" w:rsidR="00E31EA0" w:rsidRPr="00AF363D" w:rsidRDefault="00F060A5" w:rsidP="00E31EA0">
      <w:pPr>
        <w:keepNext/>
        <w:spacing w:before="120" w:after="100" w:line="240" w:lineRule="auto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Food Train supports older people to live independently at home. As part of our Volunteer Delivery Team, you’ll collect members’ grocery orders from a local supermarket and deliver them with respect, dignity and care. You’ll bring friendship, routine and trust as well as groceries. For many members, a weekly knock on the door is the highlight of their week, a sign that someone remembers and cares for them. As a driver, you’ll need a suitable, clean and current driving licence.</w:t>
      </w:r>
    </w:p>
    <w:p w14:paraId="0C2D41EB" w14:textId="77777777" w:rsidR="00E3480A" w:rsidRPr="00AF363D" w:rsidRDefault="00E3480A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p w14:paraId="3F4689CC" w14:textId="77777777" w:rsidR="00E3480A" w:rsidRPr="00AF363D" w:rsidRDefault="00F060A5">
      <w:pPr>
        <w:keepNext/>
        <w:spacing w:after="100" w:line="240" w:lineRule="auto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EF88A61" wp14:editId="0FE16B88">
            <wp:extent cx="228600" cy="22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63D">
        <w:rPr>
          <w:rFonts w:ascii="Arial" w:hAnsi="Arial" w:cs="Arial"/>
          <w:b/>
          <w:color w:val="000000"/>
          <w:sz w:val="24"/>
          <w:szCs w:val="24"/>
        </w:rPr>
        <w:t xml:space="preserve">  What’s involved?</w:t>
      </w:r>
    </w:p>
    <w:p w14:paraId="10211E25" w14:textId="77777777" w:rsidR="00E3480A" w:rsidRPr="00AF363D" w:rsidRDefault="00F060A5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Collect shopped and packed orders and help load the Food Train van</w:t>
      </w:r>
    </w:p>
    <w:p w14:paraId="618E2C69" w14:textId="2D8E9B1E" w:rsidR="00E3480A" w:rsidRPr="00AF363D" w:rsidRDefault="00F060A5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Drive</w:t>
      </w:r>
      <w:r w:rsidR="003B6301">
        <w:rPr>
          <w:rFonts w:ascii="Arial" w:hAnsi="Arial" w:cs="Arial"/>
          <w:color w:val="000000"/>
          <w:sz w:val="24"/>
          <w:szCs w:val="24"/>
        </w:rPr>
        <w:t>/stack</w:t>
      </w:r>
      <w:r w:rsidR="002717D8">
        <w:rPr>
          <w:rFonts w:ascii="Arial" w:hAnsi="Arial" w:cs="Arial"/>
          <w:color w:val="000000"/>
          <w:sz w:val="24"/>
          <w:szCs w:val="24"/>
        </w:rPr>
        <w:t xml:space="preserve"> boxes safely in</w:t>
      </w:r>
      <w:r w:rsidRPr="00AF363D">
        <w:rPr>
          <w:rFonts w:ascii="Arial" w:hAnsi="Arial" w:cs="Arial"/>
          <w:color w:val="000000"/>
          <w:sz w:val="24"/>
          <w:szCs w:val="24"/>
        </w:rPr>
        <w:t xml:space="preserve"> the Food Train van and deliver shopping with a volunteer helper</w:t>
      </w:r>
    </w:p>
    <w:p w14:paraId="264A901D" w14:textId="672B669D" w:rsidR="00E3480A" w:rsidRPr="00AF363D" w:rsidRDefault="00F060A5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Unpack, check and put shopping away when needed</w:t>
      </w:r>
    </w:p>
    <w:p w14:paraId="07A948D9" w14:textId="3FD20DE0" w:rsidR="00882A20" w:rsidRPr="00AF363D" w:rsidRDefault="00882A20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Complete small tasks if requested, such as opening lids, fitting batteries and checking members’ fridges and cupboards</w:t>
      </w:r>
    </w:p>
    <w:p w14:paraId="15876574" w14:textId="2C89A0F3" w:rsidR="00E3480A" w:rsidRPr="003F002E" w:rsidRDefault="00F060A5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Chat with members and provide a friendly, respectful</w:t>
      </w:r>
      <w:r w:rsidR="003F002E">
        <w:rPr>
          <w:rFonts w:ascii="Arial" w:hAnsi="Arial" w:cs="Arial"/>
          <w:color w:val="000000"/>
          <w:sz w:val="24"/>
          <w:szCs w:val="24"/>
        </w:rPr>
        <w:t>, trusted</w:t>
      </w:r>
      <w:r w:rsidRPr="00AF363D">
        <w:rPr>
          <w:rFonts w:ascii="Arial" w:hAnsi="Arial" w:cs="Arial"/>
          <w:color w:val="000000"/>
          <w:sz w:val="24"/>
          <w:szCs w:val="24"/>
        </w:rPr>
        <w:t xml:space="preserve"> service</w:t>
      </w:r>
    </w:p>
    <w:p w14:paraId="3C2FC7BF" w14:textId="7388C0B3" w:rsidR="003F002E" w:rsidRPr="00AF363D" w:rsidRDefault="003F002E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Provide feedback and a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debrief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to staff members at the end of your day</w:t>
      </w:r>
    </w:p>
    <w:p w14:paraId="064BE078" w14:textId="77777777" w:rsidR="00E3480A" w:rsidRPr="00AF363D" w:rsidRDefault="00F060A5">
      <w:pPr>
        <w:pStyle w:val="ListBullet"/>
        <w:spacing w:after="60" w:line="240" w:lineRule="auto"/>
        <w:ind w:left="648" w:hanging="288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 xml:space="preserve">Report </w:t>
      </w:r>
      <w:proofErr w:type="gramStart"/>
      <w:r w:rsidRPr="00AF363D">
        <w:rPr>
          <w:rFonts w:ascii="Arial" w:hAnsi="Arial" w:cs="Arial"/>
          <w:color w:val="000000"/>
          <w:sz w:val="24"/>
          <w:szCs w:val="24"/>
        </w:rPr>
        <w:t>concerns</w:t>
      </w:r>
      <w:proofErr w:type="gramEnd"/>
      <w:r w:rsidRPr="00AF363D">
        <w:rPr>
          <w:rFonts w:ascii="Arial" w:hAnsi="Arial" w:cs="Arial"/>
          <w:color w:val="000000"/>
          <w:sz w:val="24"/>
          <w:szCs w:val="24"/>
        </w:rPr>
        <w:t xml:space="preserve"> or issues promptly to Food Train office staff</w:t>
      </w:r>
    </w:p>
    <w:p w14:paraId="1BBCD936" w14:textId="77777777" w:rsidR="00E3480A" w:rsidRPr="00AF363D" w:rsidRDefault="00E3480A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p w14:paraId="36E5A2A4" w14:textId="77777777" w:rsidR="00E3480A" w:rsidRPr="00AF363D" w:rsidRDefault="00F060A5">
      <w:pPr>
        <w:keepNext/>
        <w:spacing w:line="240" w:lineRule="auto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5E6EE09" wp14:editId="1746C0DD">
            <wp:extent cx="228600" cy="228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s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63D">
        <w:rPr>
          <w:rFonts w:ascii="Arial" w:hAnsi="Arial" w:cs="Arial"/>
          <w:b/>
          <w:color w:val="000000"/>
          <w:sz w:val="24"/>
          <w:szCs w:val="24"/>
        </w:rPr>
        <w:t xml:space="preserve">  About you</w:t>
      </w:r>
    </w:p>
    <w:p w14:paraId="0B128A7A" w14:textId="2F7A99FF" w:rsidR="00B01FA1" w:rsidRPr="00AF363D" w:rsidRDefault="00F060A5" w:rsidP="00B01FA1">
      <w:pPr>
        <w:spacing w:after="140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 xml:space="preserve">No special qualifications </w:t>
      </w:r>
      <w:r w:rsidR="0044265B" w:rsidRPr="00AF363D">
        <w:rPr>
          <w:rFonts w:ascii="Arial" w:hAnsi="Arial" w:cs="Arial"/>
          <w:color w:val="000000"/>
          <w:sz w:val="24"/>
          <w:szCs w:val="24"/>
        </w:rPr>
        <w:t>are needed.</w:t>
      </w:r>
      <w:r w:rsidRPr="00AF363D">
        <w:rPr>
          <w:rFonts w:ascii="Arial" w:hAnsi="Arial" w:cs="Arial"/>
          <w:color w:val="000000"/>
          <w:sz w:val="24"/>
          <w:szCs w:val="24"/>
        </w:rPr>
        <w:t xml:space="preserve"> </w:t>
      </w:r>
      <w:r w:rsidR="00B01FA1" w:rsidRPr="00A547AA">
        <w:rPr>
          <w:rFonts w:ascii="Arial" w:hAnsi="Arial" w:cs="Arial"/>
          <w:color w:val="000000"/>
          <w:sz w:val="24"/>
          <w:szCs w:val="24"/>
        </w:rPr>
        <w:t xml:space="preserve">We’re looking for </w:t>
      </w:r>
      <w:r w:rsidR="00B01FA1">
        <w:rPr>
          <w:rFonts w:ascii="Arial" w:hAnsi="Arial" w:cs="Arial"/>
          <w:color w:val="000000"/>
          <w:sz w:val="24"/>
          <w:szCs w:val="24"/>
        </w:rPr>
        <w:t>someone who’s</w:t>
      </w:r>
      <w:r w:rsidR="00B01FA1" w:rsidRPr="00A547AA">
        <w:rPr>
          <w:rFonts w:ascii="Arial" w:hAnsi="Arial" w:cs="Arial"/>
          <w:color w:val="000000"/>
          <w:sz w:val="24"/>
          <w:szCs w:val="24"/>
        </w:rPr>
        <w:t xml:space="preserve"> friendly, respectful, caring and </w:t>
      </w:r>
      <w:proofErr w:type="spellStart"/>
      <w:r w:rsidR="00B01FA1" w:rsidRPr="00A547AA">
        <w:rPr>
          <w:rFonts w:ascii="Arial" w:hAnsi="Arial" w:cs="Arial"/>
          <w:color w:val="000000"/>
          <w:sz w:val="24"/>
          <w:szCs w:val="24"/>
        </w:rPr>
        <w:t>organi</w:t>
      </w:r>
      <w:r w:rsidR="003A5A5C">
        <w:rPr>
          <w:rFonts w:ascii="Arial" w:hAnsi="Arial" w:cs="Arial"/>
          <w:color w:val="000000"/>
          <w:sz w:val="24"/>
          <w:szCs w:val="24"/>
        </w:rPr>
        <w:t>s</w:t>
      </w:r>
      <w:r w:rsidR="00B01FA1" w:rsidRPr="00A547AA">
        <w:rPr>
          <w:rFonts w:ascii="Arial" w:hAnsi="Arial" w:cs="Arial"/>
          <w:color w:val="000000"/>
          <w:sz w:val="24"/>
          <w:szCs w:val="24"/>
        </w:rPr>
        <w:t>ed</w:t>
      </w:r>
      <w:proofErr w:type="spellEnd"/>
      <w:r w:rsidR="00B01FA1" w:rsidRPr="00A547AA">
        <w:rPr>
          <w:rFonts w:ascii="Arial" w:hAnsi="Arial" w:cs="Arial"/>
          <w:color w:val="000000"/>
          <w:sz w:val="24"/>
          <w:szCs w:val="24"/>
        </w:rPr>
        <w:t>, enjoys talking with people, and is happy to help.</w:t>
      </w:r>
    </w:p>
    <w:p w14:paraId="06930801" w14:textId="5FAF19E9" w:rsidR="00E3480A" w:rsidRPr="00AF363D" w:rsidRDefault="00F060A5">
      <w:pPr>
        <w:spacing w:after="140"/>
        <w:rPr>
          <w:rFonts w:ascii="Arial" w:hAnsi="Arial" w:cs="Arial"/>
          <w:color w:val="000000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It’s a great role if you</w:t>
      </w:r>
      <w:r w:rsidR="003A5A5C">
        <w:rPr>
          <w:rFonts w:ascii="Arial" w:hAnsi="Arial" w:cs="Arial"/>
          <w:color w:val="000000"/>
          <w:sz w:val="24"/>
          <w:szCs w:val="24"/>
        </w:rPr>
        <w:t xml:space="preserve"> enjoy driving</w:t>
      </w:r>
      <w:r w:rsidR="0044265B">
        <w:rPr>
          <w:rFonts w:ascii="Arial" w:hAnsi="Arial" w:cs="Arial"/>
          <w:color w:val="000000"/>
          <w:sz w:val="24"/>
          <w:szCs w:val="24"/>
        </w:rPr>
        <w:t>, are</w:t>
      </w:r>
      <w:r w:rsidRPr="00AF363D">
        <w:rPr>
          <w:rFonts w:ascii="Arial" w:hAnsi="Arial" w:cs="Arial"/>
          <w:color w:val="000000"/>
          <w:sz w:val="24"/>
          <w:szCs w:val="24"/>
        </w:rPr>
        <w:t xml:space="preserve"> patient</w:t>
      </w:r>
      <w:r w:rsidR="0044265B">
        <w:rPr>
          <w:rFonts w:ascii="Arial" w:hAnsi="Arial" w:cs="Arial"/>
          <w:color w:val="000000"/>
          <w:sz w:val="24"/>
          <w:szCs w:val="24"/>
        </w:rPr>
        <w:t>,</w:t>
      </w:r>
      <w:r w:rsidRPr="00AF363D">
        <w:rPr>
          <w:rFonts w:ascii="Arial" w:hAnsi="Arial" w:cs="Arial"/>
          <w:color w:val="000000"/>
          <w:sz w:val="24"/>
          <w:szCs w:val="24"/>
        </w:rPr>
        <w:t xml:space="preserve"> reliable, enjoy being part of a team, can use your initiative and </w:t>
      </w:r>
      <w:proofErr w:type="gramStart"/>
      <w:r w:rsidRPr="00AF363D">
        <w:rPr>
          <w:rFonts w:ascii="Arial" w:hAnsi="Arial" w:cs="Arial"/>
          <w:color w:val="000000"/>
          <w:sz w:val="24"/>
          <w:szCs w:val="24"/>
        </w:rPr>
        <w:t>happy</w:t>
      </w:r>
      <w:proofErr w:type="gramEnd"/>
      <w:r w:rsidRPr="00AF363D">
        <w:rPr>
          <w:rFonts w:ascii="Arial" w:hAnsi="Arial" w:cs="Arial"/>
          <w:color w:val="000000"/>
          <w:sz w:val="24"/>
          <w:szCs w:val="24"/>
        </w:rPr>
        <w:t xml:space="preserve"> to follow Food Train’s safeguarding procedures.</w:t>
      </w:r>
    </w:p>
    <w:p w14:paraId="5751ED02" w14:textId="77777777" w:rsidR="00286D80" w:rsidRPr="00AF363D" w:rsidRDefault="00286D80" w:rsidP="00286D80">
      <w:pPr>
        <w:spacing w:after="140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color w:val="000000"/>
          <w:sz w:val="24"/>
          <w:szCs w:val="24"/>
        </w:rPr>
        <w:t>We appreciate volunteers who may have other commitments which is why we are happy to chat about our flexible volunteering opportunities</w:t>
      </w:r>
    </w:p>
    <w:p w14:paraId="51A6C2F6" w14:textId="77777777" w:rsidR="00E3480A" w:rsidRPr="00AF363D" w:rsidRDefault="00E3480A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p w14:paraId="059244D7" w14:textId="77777777" w:rsidR="00E3480A" w:rsidRPr="00AF363D" w:rsidRDefault="00F060A5">
      <w:pPr>
        <w:keepNext/>
        <w:spacing w:after="100" w:line="240" w:lineRule="auto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0619FDA" wp14:editId="0C3E1F34">
            <wp:extent cx="228600" cy="228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ock_p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63D">
        <w:rPr>
          <w:rFonts w:ascii="Arial" w:hAnsi="Arial" w:cs="Arial"/>
          <w:b/>
          <w:color w:val="000000"/>
          <w:sz w:val="24"/>
          <w:szCs w:val="24"/>
        </w:rPr>
        <w:t xml:space="preserve">  Time and Place</w:t>
      </w:r>
    </w:p>
    <w:p w14:paraId="5767AE0B" w14:textId="3F7E0D6B" w:rsidR="00E3480A" w:rsidRPr="00F10D13" w:rsidRDefault="00F060A5">
      <w:pPr>
        <w:pStyle w:val="ListBullet"/>
        <w:spacing w:after="60" w:line="240" w:lineRule="auto"/>
        <w:ind w:left="648" w:hanging="288"/>
        <w:rPr>
          <w:rFonts w:ascii="Arial" w:hAnsi="Arial" w:cs="Arial"/>
          <w:bCs/>
          <w:sz w:val="24"/>
          <w:szCs w:val="24"/>
        </w:rPr>
      </w:pPr>
      <w:r w:rsidRPr="00F10D13">
        <w:rPr>
          <w:rFonts w:ascii="Arial" w:hAnsi="Arial" w:cs="Arial"/>
          <w:bCs/>
          <w:color w:val="000000"/>
          <w:sz w:val="24"/>
          <w:szCs w:val="24"/>
        </w:rPr>
        <w:t xml:space="preserve">Approximately </w:t>
      </w:r>
      <w:r w:rsidR="001E6F01" w:rsidRPr="00F10D13">
        <w:rPr>
          <w:rFonts w:ascii="Arial" w:hAnsi="Arial" w:cs="Arial"/>
          <w:bCs/>
          <w:color w:val="000000"/>
          <w:sz w:val="24"/>
          <w:szCs w:val="24"/>
        </w:rPr>
        <w:t>5</w:t>
      </w:r>
      <w:r w:rsidRPr="00F10D13">
        <w:rPr>
          <w:rFonts w:ascii="Arial" w:hAnsi="Arial" w:cs="Arial"/>
          <w:bCs/>
          <w:color w:val="000000"/>
          <w:sz w:val="24"/>
          <w:szCs w:val="24"/>
        </w:rPr>
        <w:t xml:space="preserve"> hours, from 10am to 3pm</w:t>
      </w:r>
    </w:p>
    <w:p w14:paraId="3F8CAFD7" w14:textId="3BCA0563" w:rsidR="00E3480A" w:rsidRPr="00F10D13" w:rsidRDefault="00BA5039">
      <w:pPr>
        <w:pStyle w:val="ListBullet"/>
        <w:spacing w:after="60" w:line="240" w:lineRule="auto"/>
        <w:ind w:left="648" w:hanging="28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Choose from </w:t>
      </w:r>
      <w:r w:rsidRPr="00F10D13">
        <w:rPr>
          <w:rFonts w:ascii="Arial" w:hAnsi="Arial" w:cs="Arial"/>
          <w:bCs/>
          <w:color w:val="000000"/>
          <w:sz w:val="24"/>
          <w:szCs w:val="24"/>
        </w:rPr>
        <w:t>Tuesday, Wednesday or Thursday, with flexible opportunities during these times</w:t>
      </w:r>
    </w:p>
    <w:p w14:paraId="4C282BEF" w14:textId="77777777" w:rsidR="00817159" w:rsidRPr="00AF363D" w:rsidRDefault="00F060A5" w:rsidP="005113DB">
      <w:pPr>
        <w:pStyle w:val="ListParagraph"/>
        <w:keepNext/>
        <w:spacing w:before="120" w:after="10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AF363D">
        <w:rPr>
          <w:rFonts w:ascii="Arial" w:hAnsi="Arial" w:cs="Arial"/>
          <w:b/>
          <w:color w:val="000000"/>
          <w:sz w:val="24"/>
          <w:szCs w:val="24"/>
        </w:rPr>
        <w:t>Why volunteer with us?</w:t>
      </w:r>
      <w:r w:rsidR="001E6F01" w:rsidRPr="00AF363D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4691796F" w14:textId="6C2D2B60" w:rsidR="005113DB" w:rsidRPr="00AF363D" w:rsidRDefault="001E6F01" w:rsidP="00817159">
      <w:pPr>
        <w:keepNext/>
        <w:spacing w:before="120" w:after="10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AF363D">
        <w:rPr>
          <w:rFonts w:ascii="Arial" w:hAnsi="Arial" w:cs="Arial"/>
          <w:bCs/>
          <w:color w:val="000000"/>
          <w:sz w:val="24"/>
          <w:szCs w:val="24"/>
        </w:rPr>
        <w:t>T</w:t>
      </w:r>
      <w:r w:rsidR="005113DB" w:rsidRPr="00AF363D">
        <w:rPr>
          <w:rFonts w:ascii="Arial" w:hAnsi="Arial" w:cs="Arial"/>
          <w:bCs/>
          <w:color w:val="000000"/>
          <w:sz w:val="24"/>
          <w:szCs w:val="24"/>
        </w:rPr>
        <w:t xml:space="preserve">o help older people access food, stay connected and live independently, </w:t>
      </w:r>
      <w:r w:rsidR="00DE6A80" w:rsidRPr="00DE6A80">
        <w:rPr>
          <w:rFonts w:ascii="Arial" w:hAnsi="Arial" w:cs="Arial"/>
          <w:bCs/>
          <w:color w:val="000000"/>
          <w:sz w:val="24"/>
          <w:szCs w:val="24"/>
        </w:rPr>
        <w:t>while meeting new people, staying active, learning new skills and making a difference in your community. We’ll provide an induction, PVG check, training, ongoing support, a uniform, travel expenses and invitations to social events.</w:t>
      </w:r>
    </w:p>
    <w:p w14:paraId="42DA8EE4" w14:textId="00D28B70" w:rsidR="00E3480A" w:rsidRPr="00AF363D" w:rsidRDefault="00F060A5">
      <w:pPr>
        <w:spacing w:after="100"/>
        <w:ind w:left="230"/>
        <w:rPr>
          <w:rFonts w:ascii="Arial" w:hAnsi="Arial" w:cs="Arial"/>
          <w:sz w:val="24"/>
          <w:szCs w:val="24"/>
        </w:rPr>
      </w:pPr>
      <w:r w:rsidRPr="00AF363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19FED46" wp14:editId="6F5E3CF1">
            <wp:extent cx="219456" cy="219456"/>
            <wp:effectExtent l="0" t="0" r="0" b="0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ac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63D">
        <w:rPr>
          <w:rFonts w:ascii="Arial" w:hAnsi="Arial" w:cs="Arial"/>
          <w:color w:val="000000"/>
          <w:sz w:val="24"/>
          <w:szCs w:val="24"/>
        </w:rPr>
        <w:t xml:space="preserve">  Contact us to find out more </w:t>
      </w:r>
      <w:r w:rsidRPr="00AF363D">
        <w:rPr>
          <w:rFonts w:ascii="Arial" w:hAnsi="Arial" w:cs="Arial"/>
          <w:color w:val="0000AA"/>
          <w:sz w:val="24"/>
          <w:szCs w:val="24"/>
          <w:u w:val="single"/>
        </w:rPr>
        <w:t>everything@thefoodtrain.co.uk</w:t>
      </w:r>
      <w:r w:rsidRPr="00AF363D">
        <w:rPr>
          <w:rFonts w:ascii="Arial" w:hAnsi="Arial" w:cs="Arial"/>
          <w:color w:val="000000"/>
          <w:sz w:val="24"/>
          <w:szCs w:val="24"/>
        </w:rPr>
        <w:t xml:space="preserve"> or </w:t>
      </w:r>
      <w:r w:rsidR="006E17B7">
        <w:rPr>
          <w:rFonts w:ascii="Arial" w:hAnsi="Arial" w:cs="Arial"/>
          <w:color w:val="000000"/>
          <w:sz w:val="24"/>
          <w:szCs w:val="24"/>
        </w:rPr>
        <w:t>telephone 01</w:t>
      </w:r>
      <w:r w:rsidR="00D1602B">
        <w:rPr>
          <w:rFonts w:ascii="Arial" w:hAnsi="Arial" w:cs="Arial"/>
          <w:color w:val="000000"/>
          <w:sz w:val="24"/>
          <w:szCs w:val="24"/>
        </w:rPr>
        <w:t>382 810 944</w:t>
      </w:r>
    </w:p>
    <w:p w14:paraId="55A899FE" w14:textId="77777777" w:rsidR="00E3480A" w:rsidRPr="00AF363D" w:rsidRDefault="00E3480A">
      <w:pPr>
        <w:pBdr>
          <w:bottom w:val="single" w:sz="7" w:space="1" w:color="A0A0A0"/>
        </w:pBdr>
        <w:spacing w:before="20"/>
        <w:rPr>
          <w:rFonts w:ascii="Arial" w:hAnsi="Arial" w:cs="Arial"/>
          <w:sz w:val="24"/>
          <w:szCs w:val="24"/>
        </w:rPr>
      </w:pPr>
    </w:p>
    <w:sectPr w:rsidR="00E3480A" w:rsidRPr="00AF363D" w:rsidSect="00034616">
      <w:pgSz w:w="12240" w:h="15840"/>
      <w:pgMar w:top="576" w:right="720" w:bottom="60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04F22C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" o:spid="_x0000_i1025" type="#_x0000_t75" style="width:96pt;height:96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696DC2"/>
    <w:multiLevelType w:val="hybridMultilevel"/>
    <w:tmpl w:val="165881E8"/>
    <w:lvl w:ilvl="0" w:tplc="FFC0F5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56EC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4C1A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06F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C08D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9CA6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2C7B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78A4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5EB7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39810156">
    <w:abstractNumId w:val="8"/>
  </w:num>
  <w:num w:numId="2" w16cid:durableId="771512559">
    <w:abstractNumId w:val="6"/>
  </w:num>
  <w:num w:numId="3" w16cid:durableId="333804528">
    <w:abstractNumId w:val="5"/>
  </w:num>
  <w:num w:numId="4" w16cid:durableId="379673794">
    <w:abstractNumId w:val="4"/>
  </w:num>
  <w:num w:numId="5" w16cid:durableId="742068340">
    <w:abstractNumId w:val="7"/>
  </w:num>
  <w:num w:numId="6" w16cid:durableId="1652783828">
    <w:abstractNumId w:val="3"/>
  </w:num>
  <w:num w:numId="7" w16cid:durableId="58485573">
    <w:abstractNumId w:val="2"/>
  </w:num>
  <w:num w:numId="8" w16cid:durableId="1451894560">
    <w:abstractNumId w:val="1"/>
  </w:num>
  <w:num w:numId="9" w16cid:durableId="703556268">
    <w:abstractNumId w:val="0"/>
  </w:num>
  <w:num w:numId="10" w16cid:durableId="15773968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162"/>
    <w:rsid w:val="0006063C"/>
    <w:rsid w:val="0015074B"/>
    <w:rsid w:val="00176E28"/>
    <w:rsid w:val="001E6F01"/>
    <w:rsid w:val="00250E3E"/>
    <w:rsid w:val="002717D8"/>
    <w:rsid w:val="002865F6"/>
    <w:rsid w:val="00286D80"/>
    <w:rsid w:val="0029639D"/>
    <w:rsid w:val="00326F90"/>
    <w:rsid w:val="003928AE"/>
    <w:rsid w:val="003A5A5C"/>
    <w:rsid w:val="003B6301"/>
    <w:rsid w:val="003F002E"/>
    <w:rsid w:val="00403EE4"/>
    <w:rsid w:val="0044265B"/>
    <w:rsid w:val="004E402B"/>
    <w:rsid w:val="004F0DDC"/>
    <w:rsid w:val="00510ACC"/>
    <w:rsid w:val="005113DB"/>
    <w:rsid w:val="00520196"/>
    <w:rsid w:val="005A43FB"/>
    <w:rsid w:val="005D6ABB"/>
    <w:rsid w:val="00612A2B"/>
    <w:rsid w:val="006D5248"/>
    <w:rsid w:val="006E17B7"/>
    <w:rsid w:val="006E1D54"/>
    <w:rsid w:val="006F307E"/>
    <w:rsid w:val="007911EC"/>
    <w:rsid w:val="00817159"/>
    <w:rsid w:val="00854919"/>
    <w:rsid w:val="0085578D"/>
    <w:rsid w:val="00873577"/>
    <w:rsid w:val="00882A20"/>
    <w:rsid w:val="009B17DA"/>
    <w:rsid w:val="00AA1D8D"/>
    <w:rsid w:val="00AA40D5"/>
    <w:rsid w:val="00AC1C1B"/>
    <w:rsid w:val="00AF363D"/>
    <w:rsid w:val="00B01FA1"/>
    <w:rsid w:val="00B47730"/>
    <w:rsid w:val="00B67968"/>
    <w:rsid w:val="00BA5039"/>
    <w:rsid w:val="00C5195F"/>
    <w:rsid w:val="00CB0664"/>
    <w:rsid w:val="00D1602B"/>
    <w:rsid w:val="00D8355F"/>
    <w:rsid w:val="00DE6A80"/>
    <w:rsid w:val="00DF4DC8"/>
    <w:rsid w:val="00E31EA0"/>
    <w:rsid w:val="00E3480A"/>
    <w:rsid w:val="00F10D13"/>
    <w:rsid w:val="00F22311"/>
    <w:rsid w:val="00F22989"/>
    <w:rsid w:val="00F76F61"/>
    <w:rsid w:val="00FB2757"/>
    <w:rsid w:val="00FB66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BF0041D-5F4F-4E45-8B8C-36A800D4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Liberation Serif" w:hAnsi="Liberation Serif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cdeb87-9d8b-465a-9cab-50ec1de3f7bb">
      <Terms xmlns="http://schemas.microsoft.com/office/infopath/2007/PartnerControls"/>
    </lcf76f155ced4ddcb4097134ff3c332f>
    <TaxCatchAll xmlns="641cf0d3-949c-4d6b-a9f0-ab23c9a4ef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F2EA4D0810B47BD655EE9F08557CF" ma:contentTypeVersion="21" ma:contentTypeDescription="Create a new document." ma:contentTypeScope="" ma:versionID="62ffde99c7d252502f502424ae1379f9">
  <xsd:schema xmlns:xsd="http://www.w3.org/2001/XMLSchema" xmlns:xs="http://www.w3.org/2001/XMLSchema" xmlns:p="http://schemas.microsoft.com/office/2006/metadata/properties" xmlns:ns2="641cf0d3-949c-4d6b-a9f0-ab23c9a4ef59" xmlns:ns3="15cdeb87-9d8b-465a-9cab-50ec1de3f7bb" targetNamespace="http://schemas.microsoft.com/office/2006/metadata/properties" ma:root="true" ma:fieldsID="5450728345845ad1a50893a59ea14d9f" ns2:_="" ns3:_="">
    <xsd:import namespace="641cf0d3-949c-4d6b-a9f0-ab23c9a4ef59"/>
    <xsd:import namespace="15cdeb87-9d8b-465a-9cab-50ec1de3f7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cf0d3-949c-4d6b-a9f0-ab23c9a4ef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bcace64-44ea-437e-8af4-45835d9c68bc}" ma:internalName="TaxCatchAll" ma:showField="CatchAllData" ma:web="641cf0d3-949c-4d6b-a9f0-ab23c9a4e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deb87-9d8b-465a-9cab-50ec1de3f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7c23404-051f-44e2-9f19-daf279daeb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5A659A-EDA6-4F30-AE51-B64C1936F7A2}">
  <ds:schemaRefs>
    <ds:schemaRef ds:uri="http://schemas.microsoft.com/office/2006/metadata/properties"/>
    <ds:schemaRef ds:uri="http://schemas.microsoft.com/office/infopath/2007/PartnerControls"/>
    <ds:schemaRef ds:uri="15cdeb87-9d8b-465a-9cab-50ec1de3f7bb"/>
    <ds:schemaRef ds:uri="641cf0d3-949c-4d6b-a9f0-ab23c9a4ef59"/>
  </ds:schemaRefs>
</ds:datastoreItem>
</file>

<file path=customXml/itemProps2.xml><?xml version="1.0" encoding="utf-8"?>
<ds:datastoreItem xmlns:ds="http://schemas.openxmlformats.org/officeDocument/2006/customXml" ds:itemID="{7A796A89-5287-457F-9BE2-193DEBB9BC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437BFE-6EAC-4D30-B445-463E8CA40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cf0d3-949c-4d6b-a9f0-ab23c9a4ef59"/>
    <ds:schemaRef ds:uri="15cdeb87-9d8b-465a-9cab-50ec1de3f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Food Train’s Volunteer Delivery Team</dc:title>
  <dc:subject>Food Train volunteer role description</dc:subject>
  <dc:creator>Food Train</dc:creator>
  <cp:keywords/>
  <dc:description>generated by python-docx</dc:description>
  <cp:lastModifiedBy>Lorna Farquhar</cp:lastModifiedBy>
  <cp:revision>2</cp:revision>
  <dcterms:created xsi:type="dcterms:W3CDTF">2026-10-20T12:53:00Z</dcterms:created>
  <dcterms:modified xsi:type="dcterms:W3CDTF">2026-10-20T12:53:00Z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0x010100E4FF2EA4D0810B47BD655EE9F08557CF</vt:lpwstr>
  </property>
  <property fmtid="{D5CDD505-2E9C-101B-9397-08002B2CF9AE}" pid="3" name="MediaServiceImageTags">
    <vt:lpwstr/>
  </property>
</Properties>
</file>