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401E9" w14:textId="55663745" w:rsidR="00393F9F" w:rsidRDefault="00435E2A">
      <w:pPr>
        <w:spacing w:after="14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206E8E6F" wp14:editId="4C5AF28C">
            <wp:extent cx="1438275" cy="821055"/>
            <wp:effectExtent l="0" t="0" r="9525" b="0"/>
            <wp:docPr id="2076870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87000" name="Picture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821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5A399D" w14:textId="77777777" w:rsidR="00393F9F" w:rsidRDefault="00902121">
      <w:pPr>
        <w:keepNext/>
        <w:spacing w:after="200" w:line="240" w:lineRule="auto"/>
        <w:rPr>
          <w:rFonts w:hint="eastAsia"/>
        </w:rPr>
      </w:pPr>
      <w:r>
        <w:rPr>
          <w:noProof/>
        </w:rPr>
        <w:drawing>
          <wp:inline distT="0" distB="0" distL="0" distR="0" wp14:anchorId="4B7A9573" wp14:editId="38C42B61">
            <wp:extent cx="228600" cy="228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opl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</w:rPr>
        <w:t xml:space="preserve">  Join Food Train as a Volunteer Shopper!</w:t>
      </w:r>
    </w:p>
    <w:p w14:paraId="4D60FA13" w14:textId="77777777" w:rsidR="00393F9F" w:rsidRPr="00FC300B" w:rsidRDefault="00902121">
      <w:pPr>
        <w:spacing w:after="140" w:line="269" w:lineRule="auto"/>
        <w:rPr>
          <w:rFonts w:ascii="Arial" w:hAnsi="Arial" w:cs="Arial"/>
          <w:sz w:val="24"/>
          <w:szCs w:val="24"/>
        </w:rPr>
      </w:pPr>
      <w:r w:rsidRPr="00FC300B">
        <w:rPr>
          <w:rFonts w:ascii="Arial" w:hAnsi="Arial" w:cs="Arial"/>
          <w:color w:val="000000"/>
          <w:sz w:val="24"/>
          <w:szCs w:val="24"/>
        </w:rPr>
        <w:t>Food Train is a local charity supporting older people who find it difficult to manage their own shopping because of age, illness or disability. As a Volunteer Shopper, you’ll work with a small team in a local supermarket to make sure our members receive exactly what they need.</w:t>
      </w:r>
    </w:p>
    <w:p w14:paraId="1C669407" w14:textId="77777777" w:rsidR="00393F9F" w:rsidRPr="00FC300B" w:rsidRDefault="00393F9F">
      <w:pPr>
        <w:pBdr>
          <w:bottom w:val="single" w:sz="7" w:space="1" w:color="A0A0A0"/>
        </w:pBdr>
        <w:spacing w:before="20"/>
        <w:rPr>
          <w:rFonts w:ascii="Arial" w:hAnsi="Arial" w:cs="Arial"/>
          <w:sz w:val="24"/>
          <w:szCs w:val="24"/>
        </w:rPr>
      </w:pPr>
    </w:p>
    <w:p w14:paraId="2649A451" w14:textId="77777777" w:rsidR="00393F9F" w:rsidRPr="00FC300B" w:rsidRDefault="00902121">
      <w:pPr>
        <w:keepNext/>
        <w:spacing w:after="100" w:line="240" w:lineRule="auto"/>
        <w:rPr>
          <w:rFonts w:ascii="Arial" w:hAnsi="Arial" w:cs="Arial"/>
          <w:sz w:val="24"/>
          <w:szCs w:val="24"/>
        </w:rPr>
      </w:pPr>
      <w:r w:rsidRPr="00FC300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8C0F078" wp14:editId="7CD60953">
            <wp:extent cx="228600" cy="228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300B">
        <w:rPr>
          <w:rFonts w:ascii="Arial" w:hAnsi="Arial" w:cs="Arial"/>
          <w:b/>
          <w:color w:val="000000"/>
          <w:sz w:val="24"/>
          <w:szCs w:val="24"/>
        </w:rPr>
        <w:t xml:space="preserve">  What’s involved?</w:t>
      </w:r>
    </w:p>
    <w:p w14:paraId="72316DBF" w14:textId="77777777" w:rsidR="00393F9F" w:rsidRPr="00FC300B" w:rsidRDefault="00902121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 w:rsidRPr="00FC300B">
        <w:rPr>
          <w:rFonts w:ascii="Arial" w:hAnsi="Arial" w:cs="Arial"/>
          <w:color w:val="000000"/>
          <w:sz w:val="24"/>
          <w:szCs w:val="24"/>
        </w:rPr>
        <w:t>Select good-quality items and check sizes, quantities and use-by dates</w:t>
      </w:r>
    </w:p>
    <w:p w14:paraId="7F620649" w14:textId="00DDA6D3" w:rsidR="00B12278" w:rsidRPr="00FC300B" w:rsidRDefault="00B12278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 w:rsidRPr="00FC300B">
        <w:rPr>
          <w:rFonts w:ascii="Arial" w:hAnsi="Arial" w:cs="Arial"/>
          <w:color w:val="000000"/>
          <w:sz w:val="24"/>
          <w:szCs w:val="24"/>
        </w:rPr>
        <w:t>Follow a</w:t>
      </w:r>
      <w:r w:rsidR="00CC0889" w:rsidRPr="00FC300B">
        <w:rPr>
          <w:rFonts w:ascii="Arial" w:hAnsi="Arial" w:cs="Arial"/>
          <w:color w:val="000000"/>
          <w:sz w:val="24"/>
          <w:szCs w:val="24"/>
        </w:rPr>
        <w:t xml:space="preserve"> completed shopping template and make appropriate notes</w:t>
      </w:r>
    </w:p>
    <w:p w14:paraId="6D4C2CAC" w14:textId="77777777" w:rsidR="00393F9F" w:rsidRPr="00FC300B" w:rsidRDefault="00902121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 w:rsidRPr="00FC300B">
        <w:rPr>
          <w:rFonts w:ascii="Arial" w:hAnsi="Arial" w:cs="Arial"/>
          <w:color w:val="000000"/>
          <w:sz w:val="24"/>
          <w:szCs w:val="24"/>
        </w:rPr>
        <w:t>Read members’ handwritten or typed shopping lists carefully</w:t>
      </w:r>
    </w:p>
    <w:p w14:paraId="1E5ABF18" w14:textId="77777777" w:rsidR="00393F9F" w:rsidRPr="00FC300B" w:rsidRDefault="00902121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 w:rsidRPr="00FC300B">
        <w:rPr>
          <w:rFonts w:ascii="Arial" w:hAnsi="Arial" w:cs="Arial"/>
          <w:color w:val="000000"/>
          <w:sz w:val="24"/>
          <w:szCs w:val="24"/>
        </w:rPr>
        <w:t>Work as part of a team to help members receive everything they need</w:t>
      </w:r>
    </w:p>
    <w:p w14:paraId="1A61B1E5" w14:textId="77777777" w:rsidR="00393F9F" w:rsidRPr="00FC300B" w:rsidRDefault="00902121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 w:rsidRPr="00FC300B">
        <w:rPr>
          <w:rFonts w:ascii="Arial" w:hAnsi="Arial" w:cs="Arial"/>
          <w:color w:val="000000"/>
          <w:sz w:val="24"/>
          <w:szCs w:val="24"/>
        </w:rPr>
        <w:t>Pack shopping safely and evenly, ready for delivery</w:t>
      </w:r>
    </w:p>
    <w:p w14:paraId="30F25E2E" w14:textId="77777777" w:rsidR="00393F9F" w:rsidRPr="00FC300B" w:rsidRDefault="00902121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 w:rsidRPr="00FC300B">
        <w:rPr>
          <w:rFonts w:ascii="Arial" w:hAnsi="Arial" w:cs="Arial"/>
          <w:color w:val="000000"/>
          <w:sz w:val="24"/>
          <w:szCs w:val="24"/>
        </w:rPr>
        <w:t>Use self-scan or staffed checkouts and follow supermarket guidelines</w:t>
      </w:r>
    </w:p>
    <w:p w14:paraId="5D13E932" w14:textId="77777777" w:rsidR="00393F9F" w:rsidRPr="00FC300B" w:rsidRDefault="00902121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 w:rsidRPr="00FC300B">
        <w:rPr>
          <w:rFonts w:ascii="Arial" w:hAnsi="Arial" w:cs="Arial"/>
          <w:color w:val="000000"/>
          <w:sz w:val="24"/>
          <w:szCs w:val="24"/>
        </w:rPr>
        <w:t>Represent Food Train with warmth, professionalism and a caring attitude</w:t>
      </w:r>
    </w:p>
    <w:p w14:paraId="5FE5FEE0" w14:textId="77777777" w:rsidR="00393F9F" w:rsidRPr="00FC300B" w:rsidRDefault="00393F9F">
      <w:pPr>
        <w:pBdr>
          <w:bottom w:val="single" w:sz="7" w:space="1" w:color="A0A0A0"/>
        </w:pBdr>
        <w:spacing w:before="20"/>
        <w:rPr>
          <w:rFonts w:ascii="Arial" w:hAnsi="Arial" w:cs="Arial"/>
          <w:sz w:val="24"/>
          <w:szCs w:val="24"/>
        </w:rPr>
      </w:pPr>
    </w:p>
    <w:p w14:paraId="156FBDCE" w14:textId="77777777" w:rsidR="00393F9F" w:rsidRPr="00FC300B" w:rsidRDefault="00902121">
      <w:pPr>
        <w:keepNext/>
        <w:spacing w:line="240" w:lineRule="auto"/>
        <w:rPr>
          <w:rFonts w:ascii="Arial" w:hAnsi="Arial" w:cs="Arial"/>
          <w:sz w:val="24"/>
          <w:szCs w:val="24"/>
        </w:rPr>
      </w:pPr>
      <w:r w:rsidRPr="00FC300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A30BE46" wp14:editId="7B00467D">
            <wp:extent cx="228600" cy="228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s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300B">
        <w:rPr>
          <w:rFonts w:ascii="Arial" w:hAnsi="Arial" w:cs="Arial"/>
          <w:b/>
          <w:color w:val="000000"/>
          <w:sz w:val="24"/>
          <w:szCs w:val="24"/>
        </w:rPr>
        <w:t xml:space="preserve">  About you</w:t>
      </w:r>
    </w:p>
    <w:p w14:paraId="7AD146EC" w14:textId="77777777" w:rsidR="00393F9F" w:rsidRPr="00FC300B" w:rsidRDefault="00902121">
      <w:pPr>
        <w:spacing w:after="140"/>
        <w:rPr>
          <w:rFonts w:ascii="Arial" w:hAnsi="Arial" w:cs="Arial"/>
          <w:sz w:val="24"/>
          <w:szCs w:val="24"/>
        </w:rPr>
      </w:pPr>
      <w:r w:rsidRPr="00FC300B">
        <w:rPr>
          <w:rFonts w:ascii="Arial" w:hAnsi="Arial" w:cs="Arial"/>
          <w:color w:val="000000"/>
          <w:sz w:val="24"/>
          <w:szCs w:val="24"/>
        </w:rPr>
        <w:t>No special qualifications are needed — just kindness, reliability, a willingness to help and a good eye for detail. Knowledge of food products and the ability to read shopping lists accurately are helpful.</w:t>
      </w:r>
    </w:p>
    <w:p w14:paraId="499AC9B0" w14:textId="77777777" w:rsidR="00393F9F" w:rsidRPr="00FC300B" w:rsidRDefault="00902121">
      <w:pPr>
        <w:spacing w:after="140"/>
        <w:rPr>
          <w:rFonts w:ascii="Arial" w:hAnsi="Arial" w:cs="Arial"/>
          <w:color w:val="000000"/>
          <w:sz w:val="24"/>
          <w:szCs w:val="24"/>
        </w:rPr>
      </w:pPr>
      <w:r w:rsidRPr="00FC300B">
        <w:rPr>
          <w:rFonts w:ascii="Arial" w:hAnsi="Arial" w:cs="Arial"/>
          <w:color w:val="000000"/>
          <w:sz w:val="24"/>
          <w:szCs w:val="24"/>
        </w:rPr>
        <w:t>It’s a great role if you enjoy shopping, working in a friendly team, keeping active, learning new skills and doing something meaningful in your community.</w:t>
      </w:r>
    </w:p>
    <w:p w14:paraId="2BBFABE0" w14:textId="77777777" w:rsidR="00B12278" w:rsidRPr="00FC300B" w:rsidRDefault="00B12278" w:rsidP="00B12278">
      <w:pPr>
        <w:spacing w:after="140"/>
        <w:rPr>
          <w:rFonts w:ascii="Arial" w:hAnsi="Arial" w:cs="Arial"/>
          <w:sz w:val="24"/>
          <w:szCs w:val="24"/>
        </w:rPr>
      </w:pPr>
      <w:r w:rsidRPr="00FC300B">
        <w:rPr>
          <w:rFonts w:ascii="Arial" w:hAnsi="Arial" w:cs="Arial"/>
          <w:color w:val="000000"/>
          <w:sz w:val="24"/>
          <w:szCs w:val="24"/>
        </w:rPr>
        <w:t>We appreciate volunteers who may have other commitments which is why we are happy to chat about our flexible volunteering opportunities</w:t>
      </w:r>
    </w:p>
    <w:p w14:paraId="52384BD0" w14:textId="77777777" w:rsidR="00393F9F" w:rsidRPr="00FC300B" w:rsidRDefault="00393F9F">
      <w:pPr>
        <w:pBdr>
          <w:bottom w:val="single" w:sz="7" w:space="1" w:color="A0A0A0"/>
        </w:pBdr>
        <w:spacing w:before="20"/>
        <w:rPr>
          <w:rFonts w:ascii="Arial" w:hAnsi="Arial" w:cs="Arial"/>
          <w:sz w:val="24"/>
          <w:szCs w:val="24"/>
        </w:rPr>
      </w:pPr>
    </w:p>
    <w:p w14:paraId="54C15376" w14:textId="77777777" w:rsidR="00393F9F" w:rsidRPr="00FC300B" w:rsidRDefault="00902121">
      <w:pPr>
        <w:keepNext/>
        <w:spacing w:after="100" w:line="240" w:lineRule="auto"/>
        <w:rPr>
          <w:rFonts w:ascii="Arial" w:hAnsi="Arial" w:cs="Arial"/>
          <w:sz w:val="24"/>
          <w:szCs w:val="24"/>
        </w:rPr>
      </w:pPr>
      <w:r w:rsidRPr="00FC300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49D190D" wp14:editId="29D6FA71">
            <wp:extent cx="228600" cy="228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ock_pi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300B">
        <w:rPr>
          <w:rFonts w:ascii="Arial" w:hAnsi="Arial" w:cs="Arial"/>
          <w:b/>
          <w:color w:val="000000"/>
          <w:sz w:val="24"/>
          <w:szCs w:val="24"/>
        </w:rPr>
        <w:t xml:space="preserve">  Time and Place</w:t>
      </w:r>
    </w:p>
    <w:p w14:paraId="17ABBB19" w14:textId="77777777" w:rsidR="00393F9F" w:rsidRPr="00FC300B" w:rsidRDefault="00902121">
      <w:pPr>
        <w:pStyle w:val="ListBullet"/>
        <w:spacing w:after="60" w:line="240" w:lineRule="auto"/>
        <w:ind w:left="648" w:hanging="288"/>
        <w:rPr>
          <w:rFonts w:ascii="Arial" w:hAnsi="Arial" w:cs="Arial"/>
          <w:bCs/>
          <w:sz w:val="24"/>
          <w:szCs w:val="24"/>
        </w:rPr>
      </w:pPr>
      <w:r w:rsidRPr="00FC300B">
        <w:rPr>
          <w:rFonts w:ascii="Arial" w:hAnsi="Arial" w:cs="Arial"/>
          <w:bCs/>
          <w:color w:val="000000"/>
          <w:sz w:val="24"/>
          <w:szCs w:val="24"/>
        </w:rPr>
        <w:t xml:space="preserve">Usually Tuesday, Wednesday or Thursday from </w:t>
      </w:r>
      <w:r w:rsidRPr="008D55E8">
        <w:rPr>
          <w:rFonts w:ascii="Arial" w:hAnsi="Arial" w:cs="Arial"/>
          <w:bCs/>
          <w:sz w:val="24"/>
          <w:szCs w:val="24"/>
        </w:rPr>
        <w:t>8am</w:t>
      </w:r>
      <w:r w:rsidRPr="008D55E8">
        <w:rPr>
          <w:rFonts w:ascii="Arial" w:hAnsi="Arial" w:cs="Arial"/>
          <w:bCs/>
          <w:sz w:val="24"/>
          <w:szCs w:val="24"/>
        </w:rPr>
        <w:t xml:space="preserve"> to approximately </w:t>
      </w:r>
      <w:r w:rsidRPr="008D55E8">
        <w:rPr>
          <w:rFonts w:ascii="Arial" w:hAnsi="Arial" w:cs="Arial"/>
          <w:bCs/>
          <w:sz w:val="24"/>
          <w:szCs w:val="24"/>
        </w:rPr>
        <w:t>10.30am</w:t>
      </w:r>
    </w:p>
    <w:p w14:paraId="323570C5" w14:textId="25932E3C" w:rsidR="00393F9F" w:rsidRPr="00FC300B" w:rsidRDefault="00902121">
      <w:pPr>
        <w:pStyle w:val="ListBullet"/>
        <w:spacing w:after="60" w:line="240" w:lineRule="auto"/>
        <w:ind w:left="648" w:hanging="288"/>
        <w:rPr>
          <w:rFonts w:ascii="Arial" w:hAnsi="Arial" w:cs="Arial"/>
          <w:bCs/>
          <w:sz w:val="24"/>
          <w:szCs w:val="24"/>
        </w:rPr>
      </w:pPr>
      <w:r w:rsidRPr="00FC300B">
        <w:rPr>
          <w:rFonts w:ascii="Arial" w:hAnsi="Arial" w:cs="Arial"/>
          <w:bCs/>
          <w:color w:val="000000"/>
          <w:sz w:val="24"/>
          <w:szCs w:val="24"/>
        </w:rPr>
        <w:t xml:space="preserve">Based </w:t>
      </w:r>
      <w:proofErr w:type="gramStart"/>
      <w:r w:rsidRPr="00FC300B">
        <w:rPr>
          <w:rFonts w:ascii="Arial" w:hAnsi="Arial" w:cs="Arial"/>
          <w:bCs/>
          <w:color w:val="000000"/>
          <w:sz w:val="24"/>
          <w:szCs w:val="24"/>
        </w:rPr>
        <w:t xml:space="preserve">at  </w:t>
      </w:r>
      <w:r w:rsidRPr="00FC300B">
        <w:rPr>
          <w:rFonts w:ascii="Arial" w:hAnsi="Arial" w:cs="Arial"/>
          <w:bCs/>
          <w:color w:val="EE0000"/>
          <w:sz w:val="24"/>
          <w:szCs w:val="24"/>
        </w:rPr>
        <w:t>local</w:t>
      </w:r>
      <w:proofErr w:type="gramEnd"/>
      <w:r w:rsidRPr="00FC300B">
        <w:rPr>
          <w:rFonts w:ascii="Arial" w:hAnsi="Arial" w:cs="Arial"/>
          <w:bCs/>
          <w:color w:val="EE0000"/>
          <w:sz w:val="24"/>
          <w:szCs w:val="24"/>
        </w:rPr>
        <w:t xml:space="preserve"> supermarket</w:t>
      </w:r>
      <w:r w:rsidRPr="00FC300B">
        <w:rPr>
          <w:rFonts w:ascii="Arial" w:hAnsi="Arial" w:cs="Arial"/>
          <w:bCs/>
          <w:color w:val="000000"/>
          <w:sz w:val="24"/>
          <w:szCs w:val="24"/>
        </w:rPr>
        <w:t xml:space="preserve">; </w:t>
      </w:r>
    </w:p>
    <w:p w14:paraId="4118E40E" w14:textId="77777777" w:rsidR="00FC300B" w:rsidRPr="00FC300B" w:rsidRDefault="00FC300B" w:rsidP="00FC300B">
      <w:pPr>
        <w:pStyle w:val="ListBullet"/>
        <w:numPr>
          <w:ilvl w:val="0"/>
          <w:numId w:val="0"/>
        </w:numPr>
        <w:spacing w:after="60" w:line="240" w:lineRule="auto"/>
        <w:ind w:left="648"/>
        <w:rPr>
          <w:rFonts w:ascii="Arial" w:hAnsi="Arial" w:cs="Arial"/>
          <w:bCs/>
          <w:sz w:val="24"/>
          <w:szCs w:val="24"/>
        </w:rPr>
      </w:pPr>
    </w:p>
    <w:p w14:paraId="4734025E" w14:textId="60BB304F" w:rsidR="00393F9F" w:rsidRPr="00FC300B" w:rsidRDefault="00902121" w:rsidP="00751B80">
      <w:pPr>
        <w:pStyle w:val="ListParagraph"/>
        <w:keepNext/>
        <w:numPr>
          <w:ilvl w:val="0"/>
          <w:numId w:val="10"/>
        </w:numPr>
        <w:spacing w:before="120" w:after="10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FC300B">
        <w:rPr>
          <w:rFonts w:ascii="Arial" w:hAnsi="Arial" w:cs="Arial"/>
          <w:b/>
          <w:color w:val="000000"/>
          <w:sz w:val="24"/>
          <w:szCs w:val="24"/>
        </w:rPr>
        <w:t>Why volunteer with us?</w:t>
      </w:r>
    </w:p>
    <w:p w14:paraId="5C70EF1D" w14:textId="2A27FC68" w:rsidR="00751B80" w:rsidRPr="00FC300B" w:rsidRDefault="00751B80" w:rsidP="008D6337">
      <w:pPr>
        <w:keepNext/>
        <w:spacing w:before="120" w:after="10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FC300B">
        <w:rPr>
          <w:rFonts w:ascii="Arial" w:hAnsi="Arial" w:cs="Arial"/>
          <w:bCs/>
          <w:color w:val="000000"/>
          <w:sz w:val="24"/>
          <w:szCs w:val="24"/>
        </w:rPr>
        <w:t xml:space="preserve">To help older people access food, stay connected and live independently, </w:t>
      </w:r>
      <w:r w:rsidR="00E5610C" w:rsidRPr="00E5610C">
        <w:rPr>
          <w:rFonts w:ascii="Arial" w:hAnsi="Arial" w:cs="Arial"/>
          <w:bCs/>
          <w:color w:val="000000"/>
          <w:sz w:val="24"/>
          <w:szCs w:val="24"/>
        </w:rPr>
        <w:t>while meeting new people, staying active, learning new skills and making a difference in your community. We’ll provide an induction, PVG check, training, ongoing support, a uniform, travel expenses and invitations to social events.</w:t>
      </w:r>
    </w:p>
    <w:p w14:paraId="64EC1E83" w14:textId="77777777" w:rsidR="00751B80" w:rsidRPr="00FC300B" w:rsidRDefault="00751B80" w:rsidP="00751B80">
      <w:pPr>
        <w:keepNext/>
        <w:spacing w:before="120" w:after="100" w:line="240" w:lineRule="auto"/>
        <w:rPr>
          <w:rFonts w:ascii="Arial" w:hAnsi="Arial" w:cs="Arial"/>
          <w:sz w:val="24"/>
          <w:szCs w:val="24"/>
        </w:rPr>
      </w:pPr>
    </w:p>
    <w:p w14:paraId="3B14455A" w14:textId="77777777" w:rsidR="00393F9F" w:rsidRDefault="00902121">
      <w:pPr>
        <w:spacing w:after="100"/>
        <w:ind w:left="230"/>
        <w:rPr>
          <w:rFonts w:hint="eastAsia"/>
        </w:rPr>
      </w:pPr>
      <w:r>
        <w:rPr>
          <w:noProof/>
        </w:rPr>
        <w:drawing>
          <wp:inline distT="0" distB="0" distL="0" distR="0" wp14:anchorId="784026BA" wp14:editId="501AB3C4">
            <wp:extent cx="219456" cy="21945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ac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9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Contact us to find out more </w:t>
      </w:r>
      <w:r>
        <w:rPr>
          <w:color w:val="0000AA"/>
          <w:u w:val="single"/>
        </w:rPr>
        <w:t>everything@thefoodtrain.co.uk</w:t>
      </w:r>
      <w:r>
        <w:rPr>
          <w:color w:val="000000"/>
        </w:rPr>
        <w:t xml:space="preserve"> or (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 number)</w:t>
      </w:r>
    </w:p>
    <w:p w14:paraId="13B55867" w14:textId="77777777" w:rsidR="00393F9F" w:rsidRDefault="00393F9F">
      <w:pPr>
        <w:pBdr>
          <w:bottom w:val="single" w:sz="7" w:space="1" w:color="A0A0A0"/>
        </w:pBdr>
        <w:spacing w:before="20"/>
        <w:rPr>
          <w:rFonts w:hint="eastAsia"/>
        </w:rPr>
      </w:pPr>
    </w:p>
    <w:sectPr w:rsidR="00393F9F" w:rsidSect="00034616">
      <w:pgSz w:w="12240" w:h="15840"/>
      <w:pgMar w:top="576" w:right="720" w:bottom="60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06E8E6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6" o:spid="_x0000_i1025" type="#_x0000_t75" style="width:96pt;height:96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20C1ABD"/>
    <w:multiLevelType w:val="hybridMultilevel"/>
    <w:tmpl w:val="0DDC0E9E"/>
    <w:lvl w:ilvl="0" w:tplc="0B1480F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38E1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A2D9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DA0B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DCB3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BA47C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2F471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B874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9859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529489997">
    <w:abstractNumId w:val="8"/>
  </w:num>
  <w:num w:numId="2" w16cid:durableId="353190562">
    <w:abstractNumId w:val="6"/>
  </w:num>
  <w:num w:numId="3" w16cid:durableId="1857884425">
    <w:abstractNumId w:val="5"/>
  </w:num>
  <w:num w:numId="4" w16cid:durableId="2001079933">
    <w:abstractNumId w:val="4"/>
  </w:num>
  <w:num w:numId="5" w16cid:durableId="1056666551">
    <w:abstractNumId w:val="7"/>
  </w:num>
  <w:num w:numId="6" w16cid:durableId="400951776">
    <w:abstractNumId w:val="3"/>
  </w:num>
  <w:num w:numId="7" w16cid:durableId="1602444619">
    <w:abstractNumId w:val="2"/>
  </w:num>
  <w:num w:numId="8" w16cid:durableId="1631982511">
    <w:abstractNumId w:val="1"/>
  </w:num>
  <w:num w:numId="9" w16cid:durableId="1012298950">
    <w:abstractNumId w:val="0"/>
  </w:num>
  <w:num w:numId="10" w16cid:durableId="15108752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6A4"/>
    <w:rsid w:val="00034616"/>
    <w:rsid w:val="0006063C"/>
    <w:rsid w:val="0015074B"/>
    <w:rsid w:val="0029639D"/>
    <w:rsid w:val="00326F90"/>
    <w:rsid w:val="00393F9F"/>
    <w:rsid w:val="004068A6"/>
    <w:rsid w:val="00435E2A"/>
    <w:rsid w:val="004379DC"/>
    <w:rsid w:val="005429F8"/>
    <w:rsid w:val="005A43FB"/>
    <w:rsid w:val="00751B80"/>
    <w:rsid w:val="00767498"/>
    <w:rsid w:val="008D55E8"/>
    <w:rsid w:val="008D6337"/>
    <w:rsid w:val="009B7FD6"/>
    <w:rsid w:val="00A5492E"/>
    <w:rsid w:val="00AA1D8D"/>
    <w:rsid w:val="00AF1E64"/>
    <w:rsid w:val="00B12278"/>
    <w:rsid w:val="00B47730"/>
    <w:rsid w:val="00CB0664"/>
    <w:rsid w:val="00CC0889"/>
    <w:rsid w:val="00DF4DC8"/>
    <w:rsid w:val="00E5610C"/>
    <w:rsid w:val="00FC30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BF0041D-5F4F-4E45-8B8C-36A800D44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Liberation Serif" w:hAnsi="Liberation Serif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cdeb87-9d8b-465a-9cab-50ec1de3f7bb">
      <Terms xmlns="http://schemas.microsoft.com/office/infopath/2007/PartnerControls"/>
    </lcf76f155ced4ddcb4097134ff3c332f>
    <TaxCatchAll xmlns="641cf0d3-949c-4d6b-a9f0-ab23c9a4ef5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F2EA4D0810B47BD655EE9F08557CF" ma:contentTypeVersion="21" ma:contentTypeDescription="Create a new document." ma:contentTypeScope="" ma:versionID="62ffde99c7d252502f502424ae1379f9">
  <xsd:schema xmlns:xsd="http://www.w3.org/2001/XMLSchema" xmlns:xs="http://www.w3.org/2001/XMLSchema" xmlns:p="http://schemas.microsoft.com/office/2006/metadata/properties" xmlns:ns2="641cf0d3-949c-4d6b-a9f0-ab23c9a4ef59" xmlns:ns3="15cdeb87-9d8b-465a-9cab-50ec1de3f7bb" targetNamespace="http://schemas.microsoft.com/office/2006/metadata/properties" ma:root="true" ma:fieldsID="5450728345845ad1a50893a59ea14d9f" ns2:_="" ns3:_="">
    <xsd:import namespace="641cf0d3-949c-4d6b-a9f0-ab23c9a4ef59"/>
    <xsd:import namespace="15cdeb87-9d8b-465a-9cab-50ec1de3f7b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cf0d3-949c-4d6b-a9f0-ab23c9a4ef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cbcace64-44ea-437e-8af4-45835d9c68bc}" ma:internalName="TaxCatchAll" ma:showField="CatchAllData" ma:web="641cf0d3-949c-4d6b-a9f0-ab23c9a4e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deb87-9d8b-465a-9cab-50ec1de3f7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c7c23404-051f-44e2-9f19-daf279daeb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E64759-5D8F-4585-AA46-457955309AF7}">
  <ds:schemaRefs>
    <ds:schemaRef ds:uri="http://schemas.microsoft.com/office/2006/metadata/properties"/>
    <ds:schemaRef ds:uri="http://schemas.microsoft.com/office/infopath/2007/PartnerControls"/>
    <ds:schemaRef ds:uri="15cdeb87-9d8b-465a-9cab-50ec1de3f7bb"/>
    <ds:schemaRef ds:uri="641cf0d3-949c-4d6b-a9f0-ab23c9a4ef59"/>
  </ds:schemaRefs>
</ds:datastoreItem>
</file>

<file path=customXml/itemProps2.xml><?xml version="1.0" encoding="utf-8"?>
<ds:datastoreItem xmlns:ds="http://schemas.openxmlformats.org/officeDocument/2006/customXml" ds:itemID="{37982294-3644-4D60-8771-BB8765DB9E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A0C4EB-77D9-4A8B-A6AC-D8E4286CA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1cf0d3-949c-4d6b-a9f0-ab23c9a4ef59"/>
    <ds:schemaRef ds:uri="15cdeb87-9d8b-465a-9cab-50ec1de3f7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 Food Train as a Volunteer Shopper</dc:title>
  <dc:subject>Food Train volunteer role description</dc:subject>
  <dc:creator>Food Train</dc:creator>
  <cp:keywords/>
  <dc:description>generated by python-docx</dc:description>
  <cp:lastModifiedBy>Lorna Farquhar</cp:lastModifiedBy>
  <cp:revision>2</cp:revision>
  <dcterms:created xsi:type="dcterms:W3CDTF">2026-10-20T12:45:00Z</dcterms:created>
  <dcterms:modified xsi:type="dcterms:W3CDTF">2026-10-20T12:45:00Z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0x010100E4FF2EA4D0810B47BD655EE9F08557CF</vt:lpwstr>
  </property>
  <property fmtid="{D5CDD505-2E9C-101B-9397-08002B2CF9AE}" pid="3" name="MediaServiceImageTags">
    <vt:lpwstr/>
  </property>
</Properties>
</file>